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ĐƠN XIN HỌC LẠI</w:t>
      </w:r>
    </w:p>
    <w:p>
      <w:pPr>
        <w:jc w:val="center"/>
      </w:pPr>
      <w:r>
        <w:rPr>
          <w:i/>
        </w:rPr>
        <w:t>Năm học 2026–2027</w:t>
      </w:r>
    </w:p>
    <w:p/>
    <w:p>
      <w:r>
        <w:rPr>
          <w:b/>
        </w:rPr>
        <w:t>1. THÔNG TIN SINH VIÊN</w:t>
      </w:r>
    </w:p>
    <w:p>
      <w:r>
        <w:t>Họ và tên: Nguyễn Thị Minh Anh</w:t>
      </w:r>
    </w:p>
    <w:p>
      <w:r>
        <w:t>Mã sinh viên: SV202600123</w:t>
      </w:r>
    </w:p>
    <w:p>
      <w:r>
        <w:t>Ngày sinh: 15/05/2003</w:t>
      </w:r>
    </w:p>
    <w:p>
      <w:r>
        <w:t>Giới tính: Nữ</w:t>
      </w:r>
    </w:p>
    <w:p>
      <w:r>
        <w:t>Số CCCD: 001203004567</w:t>
      </w:r>
    </w:p>
    <w:p>
      <w:r>
        <w:t>Lớp: K65CNTT01</w:t>
      </w:r>
    </w:p>
    <w:p>
      <w:r>
        <w:t>Khoa: Công nghệ thông tin</w:t>
      </w:r>
    </w:p>
    <w:p>
      <w:r>
        <w:t>Khóa: K65</w:t>
      </w:r>
    </w:p>
    <w:p>
      <w:r>
        <w:t>Số điện thoại: 0912345678</w:t>
      </w:r>
    </w:p>
    <w:p>
      <w:r>
        <w:t>Email: nguyenthiminhanh@example.com</w:t>
      </w:r>
    </w:p>
    <w:p>
      <w:r>
        <w:rPr>
          <w:b/>
        </w:rPr>
        <w:t>2. THÔNG TIN MÔN HỌC XIN HỌC LẠI</w:t>
      </w:r>
    </w:p>
    <w:p>
      <w:r>
        <w:t>Mã học phần: CNTT101</w:t>
      </w:r>
    </w:p>
    <w:p>
      <w:r>
        <w:t>Tên học phần: Lập trình cơ bản</w:t>
      </w:r>
    </w:p>
    <w:p>
      <w:r>
        <w:t>Số tín chỉ: 3</w:t>
      </w:r>
    </w:p>
    <w:p>
      <w:r>
        <w:t>Học kỳ đăng ký: Học kỳ 1 năm học 2026–2027</w:t>
      </w:r>
    </w:p>
    <w:p>
      <w:r>
        <w:t>Lý do học lại: Chưa đạt kết quả yêu cầu trong lần học trước.</w:t>
      </w:r>
    </w:p>
    <w:p>
      <w:r>
        <w:t>Kết quả lần học trước: 4.5/10</w:t>
      </w:r>
    </w:p>
    <w:p>
      <w:r>
        <w:t>Lớp học phần dự kiến: CNTT101-03</w:t>
      </w:r>
    </w:p>
    <w:p>
      <w:r>
        <w:rPr>
          <w:b/>
        </w:rPr>
        <w:t>3. NỘI DUNG ĐỀ NGHỊ</w:t>
      </w:r>
    </w:p>
    <w:p>
      <w:r>
        <w:t>Kính đề nghị Nhà trường/Khoa xem xét và cho phép tôi được đăng ký học lại học phần Lập trình cơ bản (CNTT101) trong học kỳ 1 năm học 2026–2027 để cải thiện kết quả học tập.</w:t>
      </w:r>
    </w:p>
    <w:p>
      <w:r>
        <w:t>Tôi cam kết thực hiện đầy đủ các quy định của Nhà trường và hoàn thành các nghĩa vụ liên quan đến học phần.</w:t>
      </w:r>
    </w:p>
    <w:p/>
    <w:p>
      <w:pPr>
        <w:jc w:val="right"/>
      </w:pPr>
      <w:r>
        <w:rPr>
          <w:i/>
        </w:rPr>
        <w:t>Hà Nội, ngày 26 tháng 08 năm 2026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NGƯỜI LÀM ĐƠN</w:t>
              <w:br/>
              <w:br/>
              <w:br/>
              <w:t>Nguyễn Thị Minh Anh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